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jc w:val="center"/>
      </w:pPr>
      <w:r>
        <w:rPr>
          <w:b/>
        </w:rPr>
        <w:t>ДОГОВОР ПОСТАВКИ С ОТСРОЧКОЙ ПЛАТЕЖА № [УКАЗАТЬ___]</w:t>
      </w:r>
    </w:p>
    <w:p/>
    <w:p>
      <w:pPr>
        <w:ind w:firstLine="709"/>
        <w:jc w:val="both"/>
      </w:pPr>
      <w:r>
        <w:rPr>
          <w:b w:val="0"/>
        </w:rPr>
        <w:t>г. [УКАЗАТЬ населенный пункт]  [УКАЗАТЬ дату в формате ДД.ММ.ГГГГ]</w:t>
      </w:r>
    </w:p>
    <w:p>
      <w:pPr>
        <w:ind w:firstLine="709"/>
        <w:jc w:val="both"/>
      </w:pPr>
      <w:r>
        <w:rPr>
          <w:b w:val="0"/>
        </w:rPr>
        <w:t>[УКАЗАТЬ полное наименование организации или фамилию, имя, отчество индивидуального предпринимателя], ОГРН (ОГРНИП) [УКАЗАТЬ___], ИНН [УКАЗАТЬ___], в лице [УКАЗАТЬ должность, фамилию, имя, отчество], действующего на основании [УКАЗАТЬ: устава / доверенности от ДД.ММ.ГГГГ № ___], именуемое в дальнейшем «Поставщик», с одной стороны, и [УКАЗАТЬ полное наименование организации или фамилию, имя, отчество индивидуального предпринимателя], ОГРН (ОГРНИП) [УКАЗАТЬ___], ИНН [УКАЗАТЬ___], в лице [УКАЗАТЬ должность, фамилию, имя, отчество], действующего на основании [УКАЗАТЬ: устава / доверенности от ДД.ММ.ГГГГ № ___], именуемое в дальнейшем «Покупатель», с другой стороны, вместе именуемые «Стороны», заключили настоящий договор (далее - Договор) о нижеследующем.</w:t>
      </w:r>
    </w:p>
    <w:p>
      <w:pPr>
        <w:ind w:firstLine="709"/>
        <w:jc w:val="both"/>
      </w:pPr>
      <w:r>
        <w:rPr>
          <w:b/>
        </w:rPr>
        <w:t>1. Предмет Договора</w:t>
      </w:r>
    </w:p>
    <w:p>
      <w:pPr>
        <w:ind w:firstLine="709"/>
        <w:jc w:val="both"/>
      </w:pPr>
      <w:r>
        <w:rPr>
          <w:b w:val="0"/>
        </w:rPr>
        <w:t>1.1. Поставщик обязуется передать в собственность Покупателя в сроки, установленные Договором и спецификациями к нему, товар (далее - Товар), а Покупатель обязуется принять Товар и оплатить его в порядке и в сроки, предусмотренные Договором, в том числе с отсрочкой платежа по разделу 5 Договора.</w:t>
      </w:r>
    </w:p>
    <w:p>
      <w:pPr>
        <w:ind w:firstLine="709"/>
        <w:jc w:val="both"/>
      </w:pPr>
      <w:r>
        <w:rPr>
          <w:b w:val="0"/>
        </w:rPr>
        <w:t>1.2. Товар приобретается Покупателем для использования в предпринимательской деятельности или в иных целях, не связанных с личным, семейным, домашним и иным подобным использованием.</w:t>
      </w:r>
    </w:p>
    <w:p>
      <w:pPr>
        <w:ind w:firstLine="709"/>
        <w:jc w:val="both"/>
      </w:pPr>
      <w:r>
        <w:rPr>
          <w:b w:val="0"/>
        </w:rPr>
        <w:t>1.3. Наименование, ассортимент, количество, цена единицы и общая стоимость Товара, срок (период) поставки, место поставки и иные условия поставки каждой партии Товара определяются в спецификациях, которые составляются по форме Приложения № 1 к Договору, подписываются уполномоченными представителями Сторон и являются неотъемлемой частью Договора (далее - Спецификация). Спецификация считается согласованной с момента ее подписания обеими Сторонами. Поставщик не вправе отгружать, а Покупатель не обязан принимать партию Товара до подписания Сторонами Спецификации на нее.</w:t>
      </w:r>
    </w:p>
    <w:p>
      <w:pPr>
        <w:ind w:firstLine="709"/>
        <w:jc w:val="both"/>
      </w:pPr>
      <w:r>
        <w:rPr>
          <w:b w:val="0"/>
        </w:rPr>
        <w:t>[Вариант для разовой поставки: 1.3. Наименование, ассортимент, количество, цена и общая стоимость Товара указаны в Спецификации (Приложение № 1 к Договору). Товар поставляется одной партией в срок, указанный в пункте 3.1 Договора.]</w:t>
      </w:r>
    </w:p>
    <w:p>
      <w:pPr>
        <w:ind w:firstLine="709"/>
        <w:jc w:val="both"/>
      </w:pPr>
      <w:r>
        <w:rPr>
          <w:b w:val="0"/>
        </w:rPr>
        <w:t>1.4. Поставщик гарантирует, что к моменту передачи Покупателю Товар будет принадлежать Поставщику на праве собственности, не заложен (за исключением залога, возникающего в пользу Поставщика по Договору), не находится под арестом и свободен от иных прав третьих лиц.</w:t>
      </w:r>
    </w:p>
    <w:p>
      <w:pPr>
        <w:ind w:firstLine="709"/>
        <w:jc w:val="both"/>
      </w:pPr>
      <w:r>
        <w:rPr>
          <w:b/>
        </w:rPr>
        <w:t>2. Качество и комплектность Товара, тара и упаковка</w:t>
      </w:r>
    </w:p>
    <w:p>
      <w:pPr>
        <w:ind w:firstLine="709"/>
        <w:jc w:val="both"/>
      </w:pPr>
      <w:r>
        <w:rPr>
          <w:b w:val="0"/>
        </w:rPr>
        <w:t>2.1. Качество Товара должно соответствовать обязательным требованиям, установленным в соответствии с законодательством Российской Федерации о техническом регулировании, а также требованиям, указанным в Спецификации [при необходимости: в техническом задании, образце, описании].</w:t>
      </w:r>
    </w:p>
    <w:p>
      <w:pPr>
        <w:ind w:firstLine="709"/>
        <w:jc w:val="both"/>
      </w:pPr>
      <w:r>
        <w:rPr>
          <w:b w:val="0"/>
        </w:rPr>
        <w:t>2.2. Поставщик передает Покупателю одновременно с Товаром документы, подтверждающие качество и безопасность Товара [УКАЗАТЬ: сертификат или декларация о соответствии, паспорт качества, инструкция по эксплуатации, иное], а также относящиеся к Товару принадлежности. Сроки годности (гарантийные сроки) Товара указываются в Спецификации.</w:t>
      </w:r>
    </w:p>
    <w:p>
      <w:pPr>
        <w:ind w:firstLine="709"/>
        <w:jc w:val="both"/>
      </w:pPr>
      <w:r>
        <w:rPr>
          <w:b w:val="0"/>
        </w:rPr>
        <w:t>2.3. Товар передается в таре и (или) упаковке, обеспечивающей его сохранность при транспортировке и хранении. Стоимость тары и упаковки включена в цену Товара, если иное не указано в Спецификации. [Если тара многооборотная: Многооборотная тара подлежит возврату Поставщику в срок [УКАЗАТЬ___] дней со дня получения Товара.]</w:t>
      </w:r>
    </w:p>
    <w:p>
      <w:pPr>
        <w:ind w:firstLine="709"/>
        <w:jc w:val="both"/>
      </w:pPr>
      <w:r>
        <w:rPr>
          <w:b/>
        </w:rPr>
        <w:t>3. Срок, порядок и условия поставки</w:t>
      </w:r>
    </w:p>
    <w:p>
      <w:pPr>
        <w:ind w:firstLine="709"/>
        <w:jc w:val="both"/>
      </w:pPr>
      <w:r>
        <w:rPr>
          <w:b w:val="0"/>
        </w:rPr>
        <w:t>3.1. Товар поставляется отдельными партиями в сроки (периоды), указанные в Спецификациях. Если в Спецификации срок поставки не указан, Товар поставляется в течение [УКАЗАТЬ___] [рабочих / календарных] дней со дня подписания Спецификации обеими Сторонами.</w:t>
      </w:r>
    </w:p>
    <w:p>
      <w:pPr>
        <w:ind w:firstLine="709"/>
        <w:jc w:val="both"/>
      </w:pPr>
      <w:r>
        <w:rPr>
          <w:b w:val="0"/>
        </w:rPr>
        <w:t>3.2. [Вариант 1 - доставка Поставщиком: Поставщик доставляет Товар своими силами или с привлечением перевозчика по адресу: [УКАЗАТЬ адрес склада Покупателя или иное место, указанное в Спецификации]. Расходы на доставку включены в цену Товара, если иное не указано в Спецификации. Обязанность Поставщика передать Товар считается исполненной в момент вручения Товара Покупателю (его уполномоченному представителю) в месте поставки и подписания Сторонами универсального передаточного документа или товарной накладной (далее - Передаточный документ).]</w:t>
      </w:r>
    </w:p>
    <w:p>
      <w:pPr>
        <w:ind w:firstLine="709"/>
        <w:jc w:val="both"/>
      </w:pPr>
      <w:r>
        <w:rPr>
          <w:b w:val="0"/>
        </w:rPr>
        <w:t>[Вариант 2 - выборка Товара Покупателем: Покупатель получает Товар на складе Поставщика по адресу: [УКАЗАТЬ___] в течение [УКАЗАТЬ___] рабочих дней со дня получения уведомления Поставщика о готовности Товара к передаче. Обязанность Поставщика передать Товар считается исполненной в момент предоставления Товара в распоряжение Покупателя на складе Поставщика и подписания Сторонами Передаточного документа.]</w:t>
      </w:r>
    </w:p>
    <w:p>
      <w:pPr>
        <w:ind w:firstLine="709"/>
        <w:jc w:val="both"/>
      </w:pPr>
      <w:r>
        <w:rPr>
          <w:b w:val="0"/>
        </w:rPr>
        <w:t>3.3. Досрочная поставка Товара допускается только с согласия Покупателя.</w:t>
      </w:r>
    </w:p>
    <w:p>
      <w:pPr>
        <w:ind w:firstLine="709"/>
        <w:jc w:val="both"/>
      </w:pPr>
      <w:r>
        <w:rPr>
          <w:b w:val="0"/>
        </w:rPr>
        <w:t>3.4. Недопоставленное в срок количество Товара Поставщик обязан восполнить в течение [УКАЗАТЬ___] дней, если Покупатель письменно не отказался от принятия просроченного Товара. Покупатель вправе, уведомив Поставщика, отказаться от принятия Товара, поставка которого просрочена; Товар, поставленный до получения Поставщиком такого уведомления, Покупатель обязан принять и оплатить.</w:t>
      </w:r>
    </w:p>
    <w:p>
      <w:pPr>
        <w:ind w:firstLine="709"/>
        <w:jc w:val="both"/>
      </w:pPr>
      <w:r>
        <w:rPr>
          <w:b w:val="0"/>
        </w:rPr>
        <w:t>3.5. Право собственности на Товар и риск его случайной гибели или случайного повреждения переходят к Покупателю в момент исполнения Поставщиком обязанности по передаче Товара (пункты 3.2, 3.6 Договора).</w:t>
      </w:r>
    </w:p>
    <w:p>
      <w:pPr>
        <w:ind w:firstLine="709"/>
        <w:jc w:val="both"/>
      </w:pPr>
      <w:r>
        <w:rPr>
          <w:b w:val="0"/>
        </w:rPr>
        <w:t>[Вариант при сохранении права собственности за Поставщиком: 3.5. Риск случайной гибели или случайного повреждения Товара переходит к Покупателю в момент исполнения Поставщиком обязанности по передаче Товара (пункты 3.2, 3.6 Договора). Право собственности на Товар переходит к Покупателю с момента полной оплаты соответствующей партии Товара. До перехода права собственности Покупатель не вправе отчуждать Товар или распоряжаться им иным образом [Если Товар приобретается для перепродажи или переработки: за исключением реализации (переработки) Товара в ходе обычной хозяйственной деятельности Покупателя]. Если Товар не будет оплачен в срок, предусмотренный пунктом 5.2 Договора, Поставщик вправе потребовать возврата неоплаченного Товара.]</w:t>
      </w:r>
    </w:p>
    <w:p>
      <w:pPr>
        <w:ind w:firstLine="709"/>
        <w:jc w:val="both"/>
      </w:pPr>
      <w:r>
        <w:rPr>
          <w:b w:val="0"/>
        </w:rPr>
        <w:t>3.6. Если Покупатель фактически получил Товар, но в течение [УКАЗАТЬ___] рабочих дней со дня получения не подписал Передаточный документ и не направил Поставщику мотивированный отказ от его подписания, Товар считается переданным в день его фактического получения Покупателем. Фактическое получение подтверждается [УКАЗАТЬ: отметкой Покупателя в транспортной накладной, актом о получении, иным документом].</w:t>
      </w:r>
    </w:p>
    <w:p>
      <w:pPr>
        <w:ind w:firstLine="709"/>
        <w:jc w:val="both"/>
      </w:pPr>
      <w:r>
        <w:rPr>
          <w:b/>
        </w:rPr>
        <w:t>4. Приемка Товара по количеству и качеству</w:t>
      </w:r>
    </w:p>
    <w:p>
      <w:pPr>
        <w:ind w:firstLine="709"/>
        <w:jc w:val="both"/>
      </w:pPr>
      <w:r>
        <w:rPr>
          <w:b w:val="0"/>
        </w:rPr>
        <w:t>4.1. Покупатель обязан совершить все необходимые действия, обеспечивающие принятие Товара, поставленного в соответствии с Договором.</w:t>
      </w:r>
    </w:p>
    <w:p>
      <w:pPr>
        <w:ind w:firstLine="709"/>
        <w:jc w:val="both"/>
      </w:pPr>
      <w:r>
        <w:rPr>
          <w:b w:val="0"/>
        </w:rPr>
        <w:t>4.2. При получении Товара Покупатель проверяет количество мест, целостность тары и упаковки, наименование и количество Товара на соответствие Передаточному документу и Спецификации, а также Товар на отсутствие видимых недостатков. При отсутствии расхождений Покупатель подписывает Передаточный документ.</w:t>
      </w:r>
    </w:p>
    <w:p>
      <w:pPr>
        <w:ind w:firstLine="709"/>
        <w:jc w:val="both"/>
      </w:pPr>
      <w:r>
        <w:rPr>
          <w:b w:val="0"/>
        </w:rPr>
        <w:t>4.3. При обнаружении несоответствия Товара по количеству, ассортименту, комплектности, качеству (видимые недостатки), таре или упаковке Покупатель делает отметку в Передаточном документе и составляет акт о расхождениях с участием представителя Поставщика (перевозчика) либо, если представитель не явился в течение [УКАЗАТЬ___] [часов / рабочих дней] после вызова, в одностороннем порядке. Уведомление о выявленных несоответствиях направляется Поставщику незамедлительно, но не позднее [УКАЗАТЬ___] рабочих дней со дня получения Товара.</w:t>
      </w:r>
    </w:p>
    <w:p>
      <w:pPr>
        <w:ind w:firstLine="709"/>
        <w:jc w:val="both"/>
      </w:pPr>
      <w:r>
        <w:rPr>
          <w:b w:val="0"/>
        </w:rPr>
        <w:t>4.4. О скрытых недостатках Товара, которые не могли быть обнаружены при обычной приемке, Покупатель обязан письменно уведомить Поставщика в течение [УКАЗАТЬ___] рабочих дней со дня их обнаружения. Требования, связанные со скрытыми недостатками, могут быть предъявлены, если недостатки обнаружены в пределах сроков, установленных статьей 477 Гражданского кодекса Российской Федерации [или: в течение гарантийного срока (срока годности), указанного в Спецификации, а если он не указан, - в сроки, установленные статьей 477 Гражданского кодекса Российской Федерации]. Поставщик обязан направить представителя для составления двустороннего акта в течение [УКАЗАТЬ___] рабочих дней со дня получения уведомления. При неявке представителя акт составляется Покупателем в одностороннем порядке [при необходимости: с участием независимой экспертной организации].</w:t>
      </w:r>
    </w:p>
    <w:p>
      <w:pPr>
        <w:ind w:firstLine="709"/>
        <w:jc w:val="both"/>
      </w:pPr>
      <w:r>
        <w:rPr>
          <w:b w:val="0"/>
        </w:rPr>
        <w:t>[Если Стороны решили применять советские инструкции о приемке: 4.5. В части, не урегулированной Договором, приемка Товара по количеству и качеству осуществляется в порядке, установленном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w:t>
      </w:r>
    </w:p>
    <w:p>
      <w:pPr>
        <w:ind w:firstLine="709"/>
        <w:jc w:val="both"/>
      </w:pPr>
      <w:r>
        <w:rPr>
          <w:b w:val="0"/>
        </w:rPr>
        <w:t>4.6. Если Покупатель в соответствии с законом или Договором отказывается от переданного Товара, он обязан обеспечить его сохранность (ответственное хранение) и незамедлительно уведомить Поставщика. Поставщик обязан вывезти такой Товар или распорядиться им в течение [УКАЗАТЬ___] дней со дня получения уведомления.</w:t>
      </w:r>
    </w:p>
    <w:p>
      <w:pPr>
        <w:ind w:firstLine="709"/>
        <w:jc w:val="both"/>
      </w:pPr>
      <w:r>
        <w:rPr>
          <w:b w:val="0"/>
        </w:rPr>
        <w:t>4.7. Поставщик, получивший уведомление о недостатках Товара, обязан по выбору Покупателя в течение [УКАЗАТЬ___] дней заменить Товар ненадлежащего качества, допоставить недостающий Товар или доукомплектовать Товар либо удовлетворить иное требование Покупателя, предусмотренное законом.</w:t>
      </w:r>
    </w:p>
    <w:p>
      <w:pPr>
        <w:ind w:firstLine="709"/>
        <w:jc w:val="both"/>
      </w:pPr>
      <w:r>
        <w:rPr>
          <w:b/>
        </w:rPr>
        <w:t>5. Цена Товара, отсрочка платежа и порядок расчетов</w:t>
      </w:r>
    </w:p>
    <w:p>
      <w:pPr>
        <w:ind w:firstLine="709"/>
        <w:jc w:val="both"/>
      </w:pPr>
      <w:r>
        <w:rPr>
          <w:b w:val="0"/>
        </w:rPr>
        <w:t>5.1. Цена Товара указывается в Спецификации в рублях [УКАЗАТЬ: с учетом налога на добавленную стоимость по ставке ___ % / без налога на добавленную стоимость в связи с [УКАЗАТЬ основание]]. Цена Товара, указанная в подписанной Спецификации, изменению в одностороннем порядке не подлежит.</w:t>
      </w:r>
    </w:p>
    <w:p>
      <w:pPr>
        <w:ind w:firstLine="709"/>
        <w:jc w:val="both"/>
      </w:pPr>
      <w:r>
        <w:rPr>
          <w:b w:val="0"/>
        </w:rPr>
        <w:t>5.2. Покупатель оплачивает каждую партию Товара с отсрочкой платежа в течение [УКАЗАТЬ___] [календарных / рабочих] дней со дня передачи партии Товара Покупателю (дата подписания Передаточного документа, а в случае, предусмотренном пунктом 3.6 Договора, - день фактического получения Товара). [Если отсрочка устанавливается в Спецификации: Иной срок отсрочки может быть установлен в Спецификации для соответствующей партии Товара.] [Если поставляются продовольственные товары хозяйствующему субъекту, осуществляющему торговую деятельность: срок оплаты не может превышать сроки, установленные частью 7 статьи 9 Федерального закона от 28.12.2009 № 381-ФЗ «Об основах государственного регулирования торговой деятельности в Российской Федерации», и исчисляется со дня фактического получения Товара Покупателем.]</w:t>
      </w:r>
    </w:p>
    <w:p>
      <w:pPr>
        <w:ind w:firstLine="709"/>
        <w:jc w:val="both"/>
      </w:pPr>
      <w:r>
        <w:rPr>
          <w:b w:val="0"/>
        </w:rPr>
        <w:t>[Вариант с частичной предоплатой: 5.2. Покупатель уплачивает [УКАЗАТЬ___] % стоимости партии Товара в течение [УКАЗАТЬ___] банковских дней со дня подписания Спецификации, а оставшиеся [УКАЗАТЬ___] % - с отсрочкой платежа в течение [УКАЗАТЬ___] дней со дня передачи партии Товара Покупателю.]</w:t>
      </w:r>
    </w:p>
    <w:p>
      <w:pPr>
        <w:ind w:firstLine="709"/>
        <w:jc w:val="both"/>
      </w:pPr>
      <w:r>
        <w:rPr>
          <w:b w:val="0"/>
        </w:rPr>
        <w:t>5.3. Отсрочка платежа является коммерческим кредитом. [Вариант 1 - без платы за отсрочку: Плата за пользование коммерческим кредитом не взимается. Проценты на сумму, соответствующую цене Товара, за период отсрочки не начисляются, проценты по статье 317.1 Гражданского кодекса Российской Федерации (законные проценты) на сумму денежного обязательства Покупателя не начисляются.] [Вариант 2 - платная отсрочка: За пользование коммерческим кредитом Покупатель уплачивает Поставщику проценты в размере [УКАЗАТЬ___] % годовых на сумму, соответствующую цене неоплаченного Товара, начиная со дня передачи Товара и до дня его оплаты, но не более чем за период отсрочки. Проценты уплачиваются одновременно с оплатой партии Товара. Проценты по статье 317.1 Гражданского кодекса Российской Федерации (законные проценты) сверх указанных процентов не начисляются.]</w:t>
      </w:r>
    </w:p>
    <w:p>
      <w:pPr>
        <w:ind w:firstLine="709"/>
        <w:jc w:val="both"/>
      </w:pPr>
      <w:r>
        <w:rPr>
          <w:b w:val="0"/>
        </w:rPr>
        <w:t>5.4. [Если устанавливается лимит отсрочки: Общая сумма задолженности Покупателя за поставленный, но не оплаченный Товар не может превышать [УКАЗАТЬ сумму цифрами и прописью] рублей (лимит задолженности). При достижении лимита задолженности, а также при наличии у Покупателя просроченной задолженности по оплате Товара Поставщик вправе приостановить отгрузку следующих партий Товара, в том числе по подписанным Спецификациям, до погашения задолженности, письменно уведомив об этом Покупателя. Срок поставки соответствующих партий продлевается на период приостановления.]</w:t>
      </w:r>
    </w:p>
    <w:p>
      <w:pPr>
        <w:ind w:firstLine="709"/>
        <w:jc w:val="both"/>
      </w:pPr>
      <w:r>
        <w:rPr>
          <w:b w:val="0"/>
        </w:rPr>
        <w:t>5.5. Оплата производится в безналичном порядке платежным поручением на расчетный счет Поставщика, указанный в разделе 12 Договора. В платежном документе Покупатель указывает номер и дату Договора и Передаточного документа, по которому производится оплата. Обязанность Покупателя по оплате считается исполненной в день зачисления денежных средств на корреспондентский счет банка, обслуживающего Поставщика, а если Покупателя и Поставщика обслуживает один и тот же банк, - в день зачисления денежных средств на расчетный счет Поставщика.</w:t>
      </w:r>
    </w:p>
    <w:p>
      <w:pPr>
        <w:ind w:firstLine="709"/>
        <w:jc w:val="both"/>
      </w:pPr>
      <w:r>
        <w:rPr>
          <w:b w:val="0"/>
        </w:rPr>
        <w:t>5.6. При отсутствии в платежном документе указания на оплачиваемую партию Товара полученные денежные средства засчитываются в счет оплаты партии Товара, срок оплаты которой наступил раньше.</w:t>
      </w:r>
    </w:p>
    <w:p>
      <w:pPr>
        <w:ind w:firstLine="709"/>
        <w:jc w:val="both"/>
      </w:pPr>
      <w:r>
        <w:rPr>
          <w:b w:val="0"/>
        </w:rPr>
        <w:t>5.7. Стороны ежеквартально, а также по требованию любой из Сторон, проводят сверку расчетов. Сторона, получившая акт сверки, подписывает его или направляет мотивированные возражения в течение [УКАЗАТЬ___] рабочих дней со дня получения.</w:t>
      </w:r>
    </w:p>
    <w:p>
      <w:pPr>
        <w:ind w:firstLine="709"/>
        <w:jc w:val="both"/>
      </w:pPr>
      <w:r>
        <w:rPr>
          <w:b w:val="0"/>
        </w:rPr>
        <w:t>5.8. [Если Стороны договорились об исключении залога в силу закона: Товар, проданный с отсрочкой платежа, не признается находящимся в залоге у Поставщика до его оплаты.] [Если залог в силу закона сохраняется: С момента передачи Товара Покупателю и до его оплаты Товар признается находящимся в залоге у Поставщика для обеспечения исполнения Покупателем обязанности по оплате. Поставщик вправе направить уведомление о залоге для регистрации в реестре уведомлений о залоге движимого имущества.]</w:t>
      </w:r>
    </w:p>
    <w:p>
      <w:pPr>
        <w:ind w:firstLine="709"/>
        <w:jc w:val="both"/>
      </w:pPr>
      <w:r>
        <w:rPr>
          <w:b/>
        </w:rPr>
        <w:t>6. Обеспечение исполнения обязательств Покупателя</w:t>
      </w:r>
    </w:p>
    <w:p>
      <w:pPr>
        <w:ind w:firstLine="709"/>
        <w:jc w:val="both"/>
      </w:pPr>
      <w:r>
        <w:rPr>
          <w:b w:val="0"/>
        </w:rPr>
        <w:t>6.1. [Если оплата обеспечивается поручительством: Исполнение обязательств Покупателя по Договору обеспечивается поручительством [УКАЗАТЬ наименование (фамилию, имя, отчество) поручителя, ОГРН (ОГРНИП), ИНН] по договору поручительства, заключаемому в письменной форме одновременно с Договором [или: до первой поставки Товара]. Поставщик вправе не отгружать Товар до заключения договора поручительства.]</w:t>
      </w:r>
    </w:p>
    <w:p>
      <w:pPr>
        <w:ind w:firstLine="709"/>
        <w:jc w:val="both"/>
      </w:pPr>
      <w:r>
        <w:rPr>
          <w:b w:val="0"/>
        </w:rPr>
        <w:t>6.2. [Если обеспечение не требуется, раздел 6 исключается, а нумерация последующих разделов и ссылки на них в пунктах 5.5, 8.1, 10.2 Договора изменяются.]</w:t>
      </w:r>
    </w:p>
    <w:p>
      <w:pPr>
        <w:ind w:firstLine="709"/>
        <w:jc w:val="both"/>
      </w:pPr>
      <w:r>
        <w:rPr>
          <w:b/>
        </w:rPr>
        <w:t>7. Ответственность Сторон</w:t>
      </w:r>
    </w:p>
    <w:p>
      <w:pPr>
        <w:ind w:firstLine="709"/>
        <w:jc w:val="both"/>
      </w:pPr>
      <w:r>
        <w:rPr>
          <w:b w:val="0"/>
        </w:rPr>
        <w:t>7.1. За просрочку оплаты Товара Покупатель по требованию Поставщика уплачивает неустойку (пени) в размере [УКАЗАТЬ___] % от неоплаченной в срок суммы за каждый день просрочки, начиная со дня, следующего за последним днем срока оплаты, по день фактической оплаты [при необходимости: но не более [УКАЗАТЬ___] % от стоимости неоплаченной партии Товара]. Проценты по статье 395 Гражданского кодекса Российской Федерации за просрочку оплаты не начисляются.</w:t>
      </w:r>
    </w:p>
    <w:p>
      <w:pPr>
        <w:ind w:firstLine="709"/>
        <w:jc w:val="both"/>
      </w:pPr>
      <w:r>
        <w:rPr>
          <w:b w:val="0"/>
        </w:rPr>
        <w:t>7.2. За просрочку поставки (недопоставку) Товара Поставщик по требованию Покупателя уплачивает неустойку (пени) в размере [УКАЗАТЬ___] % от стоимости не поставленного в срок Товара за каждый день просрочки до фактического исполнения обязательства [при необходимости: но не более [УКАЗАТЬ___] % от стоимости не поставленного в срок Товара].</w:t>
      </w:r>
    </w:p>
    <w:p>
      <w:pPr>
        <w:ind w:firstLine="709"/>
        <w:jc w:val="both"/>
      </w:pPr>
      <w:r>
        <w:rPr>
          <w:b w:val="0"/>
        </w:rPr>
        <w:t>7.3. За необоснованный отказ от принятия Товара [при выборке: за просрочку выборки Товара более чем на [УКАЗАТЬ___] дней] Покупатель по требованию Поставщика уплачивает штраф в размере [УКАЗАТЬ___] % от стоимости не принятого (не выбранного) Товара и возмещает Поставщику расходы на хранение и вывоз Товара.</w:t>
      </w:r>
    </w:p>
    <w:p>
      <w:pPr>
        <w:ind w:firstLine="709"/>
        <w:jc w:val="both"/>
      </w:pPr>
      <w:r>
        <w:rPr>
          <w:b w:val="0"/>
        </w:rPr>
        <w:t>7.4. Уплата неустойки не освобождает Стороны от исполнения обязательств в натуре. Убытки возмещаются в части, не покрытой неустойкой.</w:t>
      </w:r>
    </w:p>
    <w:p>
      <w:pPr>
        <w:ind w:firstLine="709"/>
        <w:jc w:val="both"/>
      </w:pPr>
      <w:r>
        <w:rPr>
          <w:b w:val="0"/>
        </w:rPr>
        <w:t>7.5. Сторона освобождается от ответственности за неисполнение или ненадлежащее исполнение обязательства,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Не являются обстоятельствами непреодолимой силы, в частности, нарушение обязанностей со стороны контрагентов Стороны, отсутствие на рынке нужных для исполнения товаров, отсутствие у Стороны необходимых денежных средств. Сторона, для которой возникли такие обстоятельства, обязана письменно уведомить другую Сторону об их наступлении и прекращении в течение [УКАЗАТЬ___] рабочих дней с приложением подтверждающих документов.</w:t>
      </w:r>
    </w:p>
    <w:p>
      <w:pPr>
        <w:ind w:firstLine="709"/>
        <w:jc w:val="both"/>
      </w:pPr>
      <w:r>
        <w:rPr>
          <w:b/>
        </w:rPr>
        <w:t>8. Изменение и расторжение Договора, односторонний отказ</w:t>
      </w:r>
    </w:p>
    <w:p>
      <w:pPr>
        <w:ind w:firstLine="709"/>
        <w:jc w:val="both"/>
      </w:pPr>
      <w:r>
        <w:rPr>
          <w:b w:val="0"/>
        </w:rPr>
        <w:t>8.1. Изменения и дополнения к Договору, в том числе Спецификации, действительны, если они совершены в письменной форме и подписаны уполномоченными представителями Сторон, в том числе в электронной форме в порядке раздела 10 Договора.</w:t>
      </w:r>
    </w:p>
    <w:p>
      <w:pPr>
        <w:ind w:firstLine="709"/>
        <w:jc w:val="both"/>
      </w:pPr>
      <w:r>
        <w:rPr>
          <w:b w:val="0"/>
        </w:rPr>
        <w:t>8.2. Каждая из Сторон вправе отказаться от исполнения Договора (полностью или частично) в случае существенного нарушения Договора другой Стороной. Нарушение Договора Поставщиком предполагается существенным в случаях поставки Товара ненадлежащего качества с недостатками, которые не могут быть устранены в приемлемый для Покупателя срок, и неоднократного нарушения сроков поставки Товара. Нарушение Договора Покупателем предполагается существенным в случаях неоднократного нарушения сроков оплаты Товара и неоднократной невыборки Товара.</w:t>
      </w:r>
    </w:p>
    <w:p>
      <w:pPr>
        <w:ind w:firstLine="709"/>
        <w:jc w:val="both"/>
      </w:pPr>
      <w:r>
        <w:rPr>
          <w:b w:val="0"/>
        </w:rPr>
        <w:t>8.3. Договор считается расторгнутым (измененным) с момента получения Стороной уведомления другой Стороны об одностороннем отказе от исполнения Договора, если в уведомлении не указан более поздний срок.</w:t>
      </w:r>
    </w:p>
    <w:p>
      <w:pPr>
        <w:ind w:firstLine="709"/>
        <w:jc w:val="both"/>
      </w:pPr>
      <w:r>
        <w:rPr>
          <w:b w:val="0"/>
        </w:rPr>
        <w:t>8.4. [Если Стороны договорились об отказе без нарушения: Каждая из Сторон вправе отказаться от Договора без указания причин, направив другой Стороне письменное уведомление не менее чем за [УКАЗАТЬ___] календарных дней до даты отказа. Спецификации, подписанные до получения уведомления, подлежат исполнению.]</w:t>
      </w:r>
    </w:p>
    <w:p>
      <w:pPr>
        <w:ind w:firstLine="709"/>
        <w:jc w:val="both"/>
      </w:pPr>
      <w:r>
        <w:rPr>
          <w:b w:val="0"/>
        </w:rPr>
        <w:t>8.5. Прекращение Договора не освобождает Покупателя от обязанности оплатить поставленный Товар, а Стороны - от уплаты неустойки и возмещения убытков за нарушения, допущенные до прекращения Договора.</w:t>
      </w:r>
    </w:p>
    <w:p>
      <w:pPr>
        <w:ind w:firstLine="709"/>
        <w:jc w:val="both"/>
      </w:pPr>
      <w:r>
        <w:rPr>
          <w:b/>
        </w:rPr>
        <w:t>9. Претензионный порядок и разрешение споров</w:t>
      </w:r>
    </w:p>
    <w:p>
      <w:pPr>
        <w:ind w:firstLine="709"/>
        <w:jc w:val="both"/>
      </w:pPr>
      <w:r>
        <w:rPr>
          <w:b w:val="0"/>
        </w:rPr>
        <w:t>9.1. До обращения в суд Сторона, считающая свои права нарушенными, направляет другой Стороне письменную претензию с приложением документов, подтверждающих требование. Претензия направляется способами, указанными в пункте 10.2 Договора.</w:t>
      </w:r>
    </w:p>
    <w:p>
      <w:pPr>
        <w:ind w:firstLine="709"/>
        <w:jc w:val="both"/>
      </w:pPr>
      <w:r>
        <w:rPr>
          <w:b w:val="0"/>
        </w:rPr>
        <w:t>9.2. Сторона, получившая претензию, обязана рассмотреть ее и направить ответ в течение [УКАЗАТЬ___] календарных дней со дня ее получения. Спор может быть передан на разрешение суда по истечении [УКАЗАТЬ___ (срок должен превышать срок ответа с учетом времени доставки претензии)] календарных дней со дня направления претензии.</w:t>
      </w:r>
    </w:p>
    <w:p>
      <w:pPr>
        <w:ind w:firstLine="709"/>
        <w:jc w:val="both"/>
      </w:pPr>
      <w:r>
        <w:rPr>
          <w:b w:val="0"/>
        </w:rPr>
        <w:t>9.3. Споры, возникающие из Договора или в связи с ним, в том числе споры о его заключении, исполнении, изменении, расторжении и недействительности, рассматриваются в Арбитражном суде [УКАЗАТЬ полное наименование арбитражного суда субъекта Российской Федерации, например по месту нахождения Поставщика].</w:t>
      </w:r>
    </w:p>
    <w:p>
      <w:pPr>
        <w:ind w:firstLine="709"/>
        <w:jc w:val="both"/>
      </w:pPr>
      <w:r>
        <w:rPr>
          <w:b/>
        </w:rPr>
        <w:t>10. Обмен документами и сообщениями</w:t>
      </w:r>
    </w:p>
    <w:p>
      <w:pPr>
        <w:ind w:firstLine="709"/>
        <w:jc w:val="both"/>
      </w:pPr>
      <w:r>
        <w:rPr>
          <w:b w:val="0"/>
        </w:rPr>
        <w:t>10.1. Стороны признают юридическую силу документов, подписанных усиленными квалифицированными электронными подписями уполномоченных лиц и переданных через оператора электронного документооборота [УКАЗАТЬ наименование оператора], включая Спецификации, Передаточные документы, акты сверки и претензии. [Если электронный документооборот не используется, пункт исключается.]</w:t>
      </w:r>
    </w:p>
    <w:p>
      <w:pPr>
        <w:ind w:firstLine="709"/>
        <w:jc w:val="both"/>
      </w:pPr>
      <w:r>
        <w:rPr>
          <w:b w:val="0"/>
        </w:rPr>
        <w:t>10.2. Уведомления, претензии и иные юридически значимые сообщения направляются заказным письмом с уведомлением о вручении или курьерской службой по адресам, указанным в разделе 12 Договора, вручаются под подпись уполномоченному представителю либо направляются через оператора электронного документооборота. [При необходимости: Копия сообщения направляется по электронной почте [УКАЗАТЬ адреса электронной почты Сторон]; переписка по электронной почте используется для оперативного обмена и не заменяет направление претензии способами, указанными в настоящем пункте.]</w:t>
      </w:r>
    </w:p>
    <w:p>
      <w:pPr>
        <w:ind w:firstLine="709"/>
        <w:jc w:val="both"/>
      </w:pPr>
      <w:r>
        <w:rPr>
          <w:b w:val="0"/>
        </w:rPr>
        <w:t>10.3. Сообщение считается доставленным и в тех случаях, если оно поступило Стороне, но по обстоятельствам, зависящим от нее, не было ей вручено или Сторона не ознакомилась с ним. Сторона обязана в течение [УКАЗАТЬ___] рабочих дней уведомить другую Сторону об изменении своего адреса и банковских реквизитов; до получения такого уведомления исполнение по прежним реквизитам считается надлежащим.</w:t>
      </w:r>
    </w:p>
    <w:p>
      <w:pPr>
        <w:ind w:firstLine="709"/>
        <w:jc w:val="both"/>
      </w:pPr>
      <w:r>
        <w:rPr>
          <w:b/>
        </w:rPr>
        <w:t>11. Срок действия Договора и заключительные положения</w:t>
      </w:r>
    </w:p>
    <w:p>
      <w:pPr>
        <w:ind w:firstLine="709"/>
        <w:jc w:val="both"/>
      </w:pPr>
      <w:r>
        <w:rPr>
          <w:b w:val="0"/>
        </w:rPr>
        <w:t>11.1. Договор вступает в силу с даты его подписания Сторонами и действует до [УКАЗАТЬ дату в формате ДД.ММ.ГГГГ], а в части обязательств, не исполненных к этой дате, - до их полного исполнения. [Если предусматривается пролонгация: Если ни одна из Сторон не позднее чем за [УКАЗАТЬ___] дней до окончания срока действия Договора не заявит о его прекращении, Договор считается продленным на каждый следующий календарный год.]</w:t>
      </w:r>
    </w:p>
    <w:p>
      <w:pPr>
        <w:ind w:firstLine="709"/>
        <w:jc w:val="both"/>
      </w:pPr>
      <w:r>
        <w:rPr>
          <w:b w:val="0"/>
        </w:rPr>
        <w:t>11.2. Ни одна из Сторон не вправе передавать свои права и обязанности по Договору третьим лицам без письменного согласия другой Стороны [при необходимости: за исключением уступки Поставщиком денежного требования к Покупателю].</w:t>
      </w:r>
    </w:p>
    <w:p>
      <w:pPr>
        <w:ind w:firstLine="709"/>
        <w:jc w:val="both"/>
      </w:pPr>
      <w:r>
        <w:rPr>
          <w:b w:val="0"/>
        </w:rPr>
        <w:t>11.3. Во всем, что не предусмотрено Договором, Стороны руководствуются законодательством Российской Федерации.</w:t>
      </w:r>
    </w:p>
    <w:p>
      <w:pPr>
        <w:ind w:firstLine="709"/>
        <w:jc w:val="both"/>
      </w:pPr>
      <w:r>
        <w:rPr>
          <w:b w:val="0"/>
        </w:rPr>
        <w:t>11.4. Договор составлен в двух экземплярах, имеющих одинаковую юридическую силу, по одному для каждой из Сторон [или: подписан в электронной форме усиленными квалифицированными электронными подписями Сторон].</w:t>
      </w:r>
    </w:p>
    <w:p>
      <w:pPr>
        <w:ind w:firstLine="709"/>
        <w:jc w:val="both"/>
      </w:pPr>
      <w:r>
        <w:rPr>
          <w:b w:val="0"/>
        </w:rPr>
        <w:t>11.5. Приложения, являющиеся неотъемлемой частью Договора: Приложение № 1 - форма Спецификации.</w:t>
      </w:r>
    </w:p>
    <w:p>
      <w:pPr>
        <w:ind w:firstLine="709"/>
        <w:jc w:val="both"/>
      </w:pPr>
      <w:r>
        <w:rPr>
          <w:b/>
        </w:rPr>
        <w:t>12. Адреса, реквизиты и подписи Сторон</w:t>
      </w:r>
    </w:p>
    <w:p>
      <w:pPr>
        <w:ind w:firstLine="709"/>
        <w:jc w:val="both"/>
      </w:pPr>
      <w:r>
        <w:rPr>
          <w:b w:val="0"/>
        </w:rPr>
        <w:t>Поставщик: [УКАЗАТЬ полное наименование], ОГРН (ОГРНИП) [УКАЗАТЬ___], ИНН [УКАЗАТЬ___], КПП [УКАЗАТЬ___], адрес [УКАЗАТЬ___], почтовый адрес [УКАЗАТЬ___], адрес электронной почты [УКАЗАТЬ___], расчетный счет [УКАЗАТЬ___] в [УКАЗАТЬ наименование банка], БИК [УКАЗАТЬ___], корреспондентский счет [УКАЗАТЬ___].</w:t>
      </w:r>
    </w:p>
    <w:p>
      <w:pPr>
        <w:ind w:firstLine="709"/>
        <w:jc w:val="both"/>
      </w:pPr>
      <w:r>
        <w:rPr>
          <w:b w:val="0"/>
        </w:rPr>
        <w:t>Покупатель: [УКАЗАТЬ полное наименование], ОГРН (ОГРНИП) [УКАЗАТЬ___], ИНН [УКАЗАТЬ___], КПП [УКАЗАТЬ___], адрес [УКАЗАТЬ___], почтовый адрес [УКАЗАТЬ___], адрес электронной почты [УКАЗАТЬ___], расчетный счет [УКАЗАТЬ___] в [УКАЗАТЬ наименование банка], БИК [УКАЗАТЬ___], корреспондентский счет [УКАЗАТЬ___].</w:t>
      </w:r>
    </w:p>
    <w:p>
      <w:pPr>
        <w:ind w:firstLine="709"/>
        <w:jc w:val="both"/>
      </w:pPr>
      <w:r>
        <w:rPr>
          <w:b w:val="0"/>
        </w:rPr>
        <w:t>Подписи Сторон: от Поставщика - [УКАЗАТЬ должность, подпись, фамилию и инициалы, печать при наличии]; от Покупателя - [УКАЗАТЬ должность, подпись, фамилию и инициалы, печать при наличии].</w:t>
      </w:r>
    </w:p>
    <w:p>
      <w:pPr>
        <w:ind w:firstLine="709"/>
        <w:jc w:val="both"/>
      </w:pPr>
      <w:r>
        <w:rPr>
          <w:b/>
        </w:rPr>
        <w:t>Приложение № 1 к Договору поставки с отсрочкой платежа от [УКАЗАТЬ дату в формате ДД.ММ.ГГГГ] № [УКАЗАТЬ___]</w:t>
      </w:r>
    </w:p>
    <w:p>
      <w:pPr>
        <w:ind w:firstLine="709"/>
        <w:jc w:val="both"/>
      </w:pPr>
      <w:r>
        <w:rPr>
          <w:b/>
        </w:rPr>
        <w:t>Форма Спецификации № [УКАЗАТЬ___] от [УКАЗАТЬ дату в формате ДД.ММ.ГГГГ]</w:t>
      </w:r>
    </w:p>
    <w:p>
      <w:pPr>
        <w:ind w:firstLine="709"/>
        <w:jc w:val="both"/>
      </w:pPr>
      <w:r>
        <w:rPr>
          <w:b w:val="0"/>
        </w:rPr>
        <w:t>1. Товар: [УКАЗАТЬ по каждой позиции: наименование, марка (артикул), единица измерения, количество, цена за единицу, стоимость, в том числе налог на добавленную стоимость].</w:t>
      </w:r>
    </w:p>
    <w:p>
      <w:pPr>
        <w:ind w:firstLine="709"/>
        <w:jc w:val="both"/>
      </w:pPr>
      <w:r>
        <w:rPr>
          <w:b w:val="0"/>
        </w:rPr>
        <w:t>2. Общая стоимость партии Товара: [УКАЗАТЬ сумму цифрами и прописью] рублей.</w:t>
      </w:r>
    </w:p>
    <w:p>
      <w:pPr>
        <w:ind w:firstLine="709"/>
        <w:jc w:val="both"/>
      </w:pPr>
      <w:r>
        <w:rPr>
          <w:b w:val="0"/>
        </w:rPr>
        <w:t>3. Срок (период) поставки: [УКАЗАТЬ___].</w:t>
      </w:r>
    </w:p>
    <w:p>
      <w:pPr>
        <w:ind w:firstLine="709"/>
        <w:jc w:val="both"/>
      </w:pPr>
      <w:r>
        <w:rPr>
          <w:b w:val="0"/>
        </w:rPr>
        <w:t>4. Место поставки (адрес склада) или условие о выборке: [УКАЗАТЬ___].</w:t>
      </w:r>
    </w:p>
    <w:p>
      <w:pPr>
        <w:ind w:firstLine="709"/>
        <w:jc w:val="both"/>
      </w:pPr>
      <w:r>
        <w:rPr>
          <w:b w:val="0"/>
        </w:rPr>
        <w:t>5. Срок оплаты (отсрочка платежа): [УКАЗАТЬ___] дней со дня передачи Товара [если отличается от пункта 5.2 Договора].</w:t>
      </w:r>
    </w:p>
    <w:p>
      <w:pPr>
        <w:ind w:firstLine="709"/>
        <w:jc w:val="both"/>
      </w:pPr>
      <w:r>
        <w:rPr>
          <w:b w:val="0"/>
        </w:rPr>
        <w:t>6. Требования к качеству, документы на Товар, срок годности (гарантийный срок): [УКАЗАТЬ___].</w:t>
      </w:r>
    </w:p>
    <w:p>
      <w:pPr>
        <w:ind w:firstLine="709"/>
        <w:jc w:val="both"/>
      </w:pPr>
      <w:r>
        <w:rPr>
          <w:b w:val="0"/>
        </w:rPr>
        <w:t>[Поставщик: должность, подпись, фамилия и инициалы, печать при наличии]</w:t>
      </w:r>
    </w:p>
    <w:p>
      <w:pPr>
        <w:ind w:firstLine="709"/>
        <w:jc w:val="both"/>
      </w:pPr>
      <w:r>
        <w:rPr>
          <w:b w:val="0"/>
        </w:rPr>
        <w:t>[Покупатель: должность, подпись, фамилия и инициалы, печать при наличии]</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