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left="4535"/>
        <w:jc w:val="left"/>
      </w:pPr>
      <w:r>
        <w:rPr>
          <w:b w:val="0"/>
        </w:rPr>
        <w:t>В [наименование суда, рассматривавшего дело в качестве суда первой инстанции]</w:t>
      </w:r>
    </w:p>
    <w:p>
      <w:pPr>
        <w:ind w:left="4535"/>
        <w:jc w:val="left"/>
      </w:pPr>
      <w:r>
        <w:rPr>
          <w:b w:val="0"/>
        </w:rPr>
        <w:t>[адрес суда]</w:t>
      </w:r>
    </w:p>
    <w:p/>
    <w:p>
      <w:pPr>
        <w:ind w:left="4535"/>
        <w:jc w:val="left"/>
      </w:pPr>
      <w:r>
        <w:rPr>
          <w:b w:val="0"/>
        </w:rPr>
        <w:t>Заявитель ([истец / ответчик / третье лицо]): [ФИО полностью]</w:t>
      </w:r>
    </w:p>
    <w:p>
      <w:pPr>
        <w:ind w:left="4535"/>
        <w:jc w:val="left"/>
      </w:pPr>
      <w:r>
        <w:rPr>
          <w:b w:val="0"/>
        </w:rPr>
        <w:t>дата и место рождения: [___]</w:t>
      </w:r>
    </w:p>
    <w:p>
      <w:pPr>
        <w:ind w:left="4535"/>
        <w:jc w:val="left"/>
      </w:pPr>
      <w:r>
        <w:rPr>
          <w:b w:val="0"/>
        </w:rPr>
        <w:t>место жительства: [___]</w:t>
      </w:r>
    </w:p>
    <w:p>
      <w:pPr>
        <w:ind w:left="4535"/>
        <w:jc w:val="left"/>
      </w:pPr>
      <w:r>
        <w:rPr>
          <w:b w:val="0"/>
        </w:rPr>
        <w:t>идентификатор: [СНИЛС / ИНН / серия и номер паспорта]</w:t>
      </w:r>
    </w:p>
    <w:p>
      <w:pPr>
        <w:ind w:left="4535"/>
        <w:jc w:val="left"/>
      </w:pPr>
      <w:r>
        <w:rPr>
          <w:b w:val="0"/>
        </w:rPr>
        <w:t>телефон: [___], адрес электронной почты: [___]</w:t>
      </w:r>
    </w:p>
    <w:p>
      <w:pPr>
        <w:ind w:left="4535"/>
        <w:jc w:val="left"/>
      </w:pPr>
      <w:r>
        <w:rPr>
          <w:b w:val="0"/>
        </w:rPr>
        <w:t>(для организации: [полное наименование], ОГРН [___], ИНН [___], адрес: [___])</w:t>
      </w:r>
    </w:p>
    <w:p/>
    <w:p>
      <w:pPr>
        <w:ind w:left="4535"/>
        <w:jc w:val="left"/>
      </w:pPr>
      <w:r>
        <w:rPr>
          <w:b w:val="0"/>
        </w:rPr>
        <w:t>Представитель заявителя (если заявление подает представитель):</w:t>
      </w:r>
    </w:p>
    <w:p>
      <w:pPr>
        <w:ind w:left="4535"/>
        <w:jc w:val="left"/>
      </w:pPr>
      <w:r>
        <w:rPr>
          <w:b w:val="0"/>
        </w:rPr>
        <w:t>[ФИО], адрес: [___], телефон: [___]</w:t>
      </w:r>
    </w:p>
    <w:p>
      <w:pPr>
        <w:ind w:left="4535"/>
        <w:jc w:val="left"/>
      </w:pPr>
      <w:r>
        <w:rPr>
          <w:b w:val="0"/>
        </w:rPr>
        <w:t>доверенность от [дата] № [___]</w:t>
      </w:r>
    </w:p>
    <w:p/>
    <w:p>
      <w:pPr>
        <w:ind w:left="4535"/>
        <w:jc w:val="left"/>
      </w:pPr>
      <w:r>
        <w:rPr>
          <w:b w:val="0"/>
        </w:rPr>
        <w:t>Заинтересованное лицо ([истец / ответчик]): [ФИО / наименование]</w:t>
      </w:r>
    </w:p>
    <w:p>
      <w:pPr>
        <w:ind w:left="4535"/>
        <w:jc w:val="left"/>
      </w:pPr>
      <w:r>
        <w:rPr>
          <w:b w:val="0"/>
        </w:rPr>
        <w:t>адрес: [___], идентификатор: [___]</w:t>
      </w:r>
    </w:p>
    <w:p/>
    <w:p>
      <w:pPr>
        <w:ind w:left="4535"/>
        <w:jc w:val="left"/>
      </w:pPr>
      <w:r>
        <w:rPr>
          <w:b w:val="0"/>
        </w:rPr>
        <w:t>Иные лица, участвующие в деле: [ФИО / наименование, адрес]</w:t>
      </w:r>
    </w:p>
    <w:p/>
    <w:p>
      <w:pPr>
        <w:ind w:left="4535"/>
        <w:jc w:val="left"/>
      </w:pPr>
      <w:r>
        <w:rPr>
          <w:b w:val="0"/>
        </w:rPr>
        <w:t>Дело № [___]</w:t>
      </w:r>
    </w:p>
    <w:p/>
    <w:p/>
    <w:p>
      <w:pPr>
        <w:jc w:val="center"/>
      </w:pPr>
      <w:r>
        <w:rPr>
          <w:b/>
        </w:rPr>
        <w:t>ЗАЯВЛЕНИЕ</w:t>
      </w:r>
    </w:p>
    <w:p>
      <w:pPr>
        <w:jc w:val="center"/>
      </w:pPr>
      <w:r>
        <w:rPr>
          <w:b/>
        </w:rPr>
        <w:t>о взыскании судебных расходов</w:t>
      </w:r>
    </w:p>
    <w:p/>
    <w:p>
      <w:pPr>
        <w:ind w:firstLine="709"/>
        <w:jc w:val="both"/>
      </w:pPr>
      <w:r>
        <w:rPr>
          <w:b w:val="0"/>
        </w:rPr>
        <w:t>В производстве [наименование суда] находилось гражданское дело № [___] по иску [ФИО / наименование истца] к [ФИО / наименование ответчика] о [предмет иска].</w:t>
      </w:r>
    </w:p>
    <w:p>
      <w:pPr>
        <w:ind w:firstLine="709"/>
        <w:jc w:val="both"/>
      </w:pPr>
      <w:r>
        <w:rPr>
          <w:b w:val="0"/>
        </w:rPr>
        <w:t>Решением [наименование суда] от [дата] [исковые требования удовлетворены полностью / удовлетворены частично в размере ___ рублей из заявленных ___ рублей / в удовлетворении исковых требований отказано]. [Апелляционным определением [наименование суда] от [дата] решение оставлено без изменения.] [Определением [наименование] кассационного суда общей юрисдикции от [дата] судебные постановления оставлены без изменения.] [Для дел, рассмотренных мировым судьей, по кассационным жалобам, поданным с 10.05.2026: Постановлением президиума [наименование верховного суда республики, краевого, областного или равного им суда] от [дата] судебные постановления оставлены без изменения.] [Определением судьи Верховного Суда Российской Федерации от [дата] отказано в передаче кассационной жалобы для рассмотрения в судебном заседании.]</w:t>
      </w:r>
    </w:p>
    <w:p>
      <w:pPr>
        <w:ind w:firstLine="709"/>
        <w:jc w:val="both"/>
      </w:pPr>
      <w:r>
        <w:rPr>
          <w:b w:val="0"/>
        </w:rPr>
        <w:t>Последним судебным актом, принятием которого закончилось рассмотрение дела, является [наименование акта] от [дата], вступивший в законную силу [дата]. Трехмесячный срок, установленный частью 1 статьи 103.1 ГПК РФ, истекает [дата]. Заявление подается в пределах этого срока. Вопрос о судебных расходах, указанных в настоящем заявлении, при рассмотрении дела не разрешался.</w:t>
      </w:r>
    </w:p>
    <w:p>
      <w:pPr>
        <w:ind w:firstLine="709"/>
        <w:jc w:val="both"/>
      </w:pPr>
      <w:r>
        <w:rPr>
          <w:b w:val="0"/>
        </w:rPr>
        <w:t>[Вариант 1 - юридическая организация или юрист, не являющийся адвокатом: Для защиты своих интересов по делу заявитель заключил с [наименование организации / ФИО] договор об оказании юридических услуг от [дата] № [___] (далее - Договор).]</w:t>
      </w:r>
    </w:p>
    <w:p>
      <w:pPr>
        <w:ind w:firstLine="709"/>
        <w:jc w:val="both"/>
      </w:pPr>
      <w:r>
        <w:rPr>
          <w:b w:val="0"/>
        </w:rPr>
        <w:t>[Вариант 2 - адвокат: Для защиты своих интересов по делу заявитель заключил с адвокатом [ФИО], членом [наименование адвокатской палаты], осуществляющим адвокатскую деятельность в [наименование адвокатского образования], соглашение об оказании юридической помощи от [дата] № [___] (далее - Договор).]</w:t>
      </w:r>
    </w:p>
    <w:p>
      <w:pPr>
        <w:ind w:firstLine="709"/>
        <w:jc w:val="both"/>
      </w:pPr>
      <w:r>
        <w:rPr>
          <w:b w:val="0"/>
        </w:rPr>
        <w:t>По Договору представитель оказал следующие услуги:</w:t>
      </w:r>
    </w:p>
    <w:p>
      <w:pPr>
        <w:ind w:firstLine="709"/>
        <w:jc w:val="both"/>
      </w:pPr>
      <w:r>
        <w:rPr>
          <w:b w:val="0"/>
        </w:rPr>
        <w:t>[дата] - [анализ документов и консультация по делу];</w:t>
      </w:r>
    </w:p>
    <w:p>
      <w:pPr>
        <w:ind w:firstLine="709"/>
        <w:jc w:val="both"/>
      </w:pPr>
      <w:r>
        <w:rPr>
          <w:b w:val="0"/>
        </w:rPr>
        <w:t>[дата] - [подготовка искового заявления / возражений на исковое заявление];</w:t>
      </w:r>
    </w:p>
    <w:p>
      <w:pPr>
        <w:ind w:firstLine="709"/>
        <w:jc w:val="both"/>
      </w:pPr>
      <w:r>
        <w:rPr>
          <w:b w:val="0"/>
        </w:rPr>
        <w:t>[дата] - [участие в судебном заседании суда первой инстанции];</w:t>
      </w:r>
    </w:p>
    <w:p>
      <w:pPr>
        <w:ind w:firstLine="709"/>
        <w:jc w:val="both"/>
      </w:pPr>
      <w:r>
        <w:rPr>
          <w:b w:val="0"/>
        </w:rPr>
        <w:t>[дата] - [подготовка апелляционной жалобы / возражений на апелляционную жалобу];</w:t>
      </w:r>
    </w:p>
    <w:p>
      <w:pPr>
        <w:ind w:firstLine="709"/>
        <w:jc w:val="both"/>
      </w:pPr>
      <w:r>
        <w:rPr>
          <w:b w:val="0"/>
        </w:rPr>
        <w:t>[дата] - [участие в судебном заседании суда апелляционной инстанции];</w:t>
      </w:r>
    </w:p>
    <w:p>
      <w:pPr>
        <w:ind w:firstLine="709"/>
        <w:jc w:val="both"/>
      </w:pPr>
      <w:r>
        <w:rPr>
          <w:b w:val="0"/>
        </w:rPr>
        <w:t>[иные услуги с датами].</w:t>
      </w:r>
    </w:p>
    <w:p>
      <w:pPr>
        <w:ind w:firstLine="709"/>
        <w:jc w:val="both"/>
      </w:pPr>
      <w:r>
        <w:rPr>
          <w:b w:val="0"/>
        </w:rPr>
        <w:t>Оказание услуг подтверждается [актом оказанных услуг от [дата] / отчетом представителя от [дата]], а также материалами дела: процессуальными документами, подготовленными и подписанными представителем, протоколами судебных заседаний от [даты], в которых отражено участие представителя.</w:t>
      </w:r>
    </w:p>
    <w:p>
      <w:pPr>
        <w:ind w:firstLine="709"/>
        <w:jc w:val="both"/>
      </w:pPr>
      <w:r>
        <w:rPr>
          <w:b w:val="0"/>
        </w:rPr>
        <w:t>Стоимость услуг по Договору составила [сумма цифрами] ([сумма прописью]) рублей. Оплата произведена полностью, что подтверждается [платежным поручением / квитанцией адвокатского образования, в кассу или на счет которого внесено вознаграждение адвоката / кассовым чеком] от [дата] № [___].</w:t>
      </w:r>
    </w:p>
    <w:p>
      <w:pPr>
        <w:ind w:firstLine="709"/>
        <w:jc w:val="both"/>
      </w:pPr>
      <w:r>
        <w:rPr>
          <w:b w:val="0"/>
        </w:rPr>
        <w:t>Заявленный размер расходов соответствует объему оказанных услуг и сложности дела: [дело рассматривалось ___ месяцев, проведено ___ судебных заседаний, по делу назначалась экспертиза, представлено ___ доказательств, дело рассмотрено в ___ инстанциях]. Стоимость услуг сопоставима с обычно взимаемой за аналогичные услуги в [наименование субъекта Российской Федерации], что подтверждается [указать документы о стоимости сопоставимых услуг].</w:t>
      </w:r>
    </w:p>
    <w:p>
      <w:pPr>
        <w:ind w:firstLine="709"/>
        <w:jc w:val="both"/>
      </w:pPr>
      <w:r>
        <w:rPr>
          <w:b w:val="0"/>
        </w:rPr>
        <w:t>[Включить только понесенные и подтвержденные издержки:]</w:t>
      </w:r>
    </w:p>
    <w:p>
      <w:pPr>
        <w:ind w:firstLine="709"/>
        <w:jc w:val="both"/>
      </w:pPr>
      <w:r>
        <w:rPr>
          <w:b w:val="0"/>
        </w:rPr>
        <w:t>[Кроме того, заявителем понесены расходы на проведение судебной экспертизы в размере [сумма] рублей, назначенной определением суда от [дата], что подтверждается [документ об оплате].]</w:t>
      </w:r>
    </w:p>
    <w:p>
      <w:pPr>
        <w:ind w:firstLine="709"/>
        <w:jc w:val="both"/>
      </w:pPr>
      <w:r>
        <w:rPr>
          <w:b w:val="0"/>
        </w:rPr>
        <w:t>[Почтовые расходы на направление [наименование документов] лицам, участвующим в деле, составили [сумма] рублей, что подтверждается кассовыми чеками от [даты].]</w:t>
      </w:r>
    </w:p>
    <w:p>
      <w:pPr>
        <w:ind w:firstLine="709"/>
        <w:jc w:val="both"/>
      </w:pPr>
      <w:r>
        <w:rPr>
          <w:b w:val="0"/>
        </w:rPr>
        <w:t>[Расходы на проезд [заявителя / представителя] для участия в судебном заседании [дата] составили [сумма] рублей, что подтверждается [проездные документы].]</w:t>
      </w:r>
    </w:p>
    <w:p>
      <w:pPr>
        <w:ind w:firstLine="709"/>
        <w:jc w:val="both"/>
      </w:pPr>
      <w:r>
        <w:rPr>
          <w:b w:val="0"/>
        </w:rPr>
        <w:t>[Используйте следующий абзац, только если к делу применяется пропорциональное распределение расходов. Учитывайте исключения, предусмотренные пунктом 21 Постановления Пленума Верховного Суда Российской Федерации от 21.01.2016 № 1: пропорция не применяется, в частности, к неимущественным требованиям, в том числе о компенсации морального вреда, к имущественным требованиям, не подлежащим оценке, и при снижении неустойки по статье 333 ГК РФ.]</w:t>
      </w:r>
    </w:p>
    <w:p>
      <w:pPr>
        <w:ind w:firstLine="709"/>
        <w:jc w:val="both"/>
      </w:pPr>
      <w:r>
        <w:rPr>
          <w:b w:val="0"/>
        </w:rPr>
        <w:t>[С учетом частичного удовлетворения иска расходы подлежат возмещению пропорционально: [сумма удовлетворенных требований] / [сумма поддерживаемых требований] = [___] %. Расчет: [сумма расходов] x [___] % = [сумма] рублей.]</w:t>
      </w:r>
    </w:p>
    <w:p>
      <w:pPr>
        <w:ind w:firstLine="709"/>
        <w:jc w:val="both"/>
      </w:pPr>
      <w:r>
        <w:rPr>
          <w:b w:val="0"/>
        </w:rPr>
        <w:t>В соответствии с частью 1 статьи 98 ГПК РФ стороне, в пользу которой состоялось решение суда, суд присуждает возместить с другой стороны понесенные по делу судебные расходы. Согласно части 1 статьи 100 ГПК РФ расходы на оплату услуг представителя присуждаются в разумных пределах. К издержкам, связанным с рассмотрением дела, относятся в том числе расходы на оплату услуг представителей, суммы, подлежащие выплате экспертам, связанные с рассмотрением дела почтовые расходы, расходы на проезд сторон в связи с явкой в суд (статья 94 ГПК РФ). Заявитель доказал факт несения расходов и их связь с делом (пункт 10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дела»).</w:t>
      </w:r>
    </w:p>
    <w:p>
      <w:pPr>
        <w:ind w:firstLine="709"/>
        <w:jc w:val="both"/>
      </w:pPr>
      <w:r>
        <w:rPr>
          <w:b w:val="0"/>
        </w:rPr>
        <w:t>На основании изложенного, руководствуясь статьями 88, 94, 98, 100, 103.1 ГПК РФ, прошу:</w:t>
      </w:r>
    </w:p>
    <w:p>
      <w:pPr>
        <w:ind w:firstLine="709"/>
        <w:jc w:val="both"/>
      </w:pPr>
      <w:r>
        <w:rPr>
          <w:b w:val="0"/>
        </w:rPr>
        <w:t>1. Взыскать с [ФИО / наименование] в пользу [ФИО / наименование заявителя] расходы на оплату услуг представителя в размере [сумма цифрами] ([сумма прописью]) рублей.</w:t>
      </w:r>
    </w:p>
    <w:p>
      <w:pPr>
        <w:ind w:firstLine="709"/>
        <w:jc w:val="both"/>
      </w:pPr>
      <w:r>
        <w:rPr>
          <w:b w:val="0"/>
        </w:rPr>
        <w:t>2. Взыскать с [ФИО / наименование] в пользу [ФИО / наименование заявителя] [расходы на проведение судебной экспертизы / почтовые расходы / расходы на проезд] в размере [сумма цифрами] ([сумма прописью]) рублей.</w:t>
      </w:r>
    </w:p>
    <w:p>
      <w:pPr>
        <w:ind w:firstLine="709"/>
        <w:jc w:val="both"/>
      </w:pPr>
      <w:r>
        <w:rPr>
          <w:b w:val="0"/>
        </w:rPr>
        <w:t>3. [При необходимости: Рассмотреть заявление в отсутствие заявителя.]</w:t>
      </w:r>
    </w:p>
    <w:p>
      <w:pPr>
        <w:ind w:firstLine="709"/>
        <w:jc w:val="both"/>
      </w:pPr>
      <w:r>
        <w:rPr>
          <w:b w:val="0"/>
        </w:rPr>
        <w:t>Приложения:</w:t>
      </w:r>
    </w:p>
    <w:p>
      <w:pPr>
        <w:ind w:firstLine="709"/>
        <w:jc w:val="both"/>
      </w:pPr>
      <w:r>
        <w:rPr>
          <w:b w:val="0"/>
        </w:rPr>
        <w:t>1. Копия Договора от [дата] № [___] с приложениями (заданиями).</w:t>
      </w:r>
    </w:p>
    <w:p>
      <w:pPr>
        <w:ind w:firstLine="709"/>
        <w:jc w:val="both"/>
      </w:pPr>
      <w:r>
        <w:rPr>
          <w:b w:val="0"/>
        </w:rPr>
        <w:t>2. Копия [акта оказанных услуг / отчета представителя] от [дата] (при наличии).</w:t>
      </w:r>
    </w:p>
    <w:p>
      <w:pPr>
        <w:ind w:firstLine="709"/>
        <w:jc w:val="both"/>
      </w:pPr>
      <w:r>
        <w:rPr>
          <w:b w:val="0"/>
        </w:rPr>
        <w:t>3. Копии документов об оплате услуг представителя.</w:t>
      </w:r>
    </w:p>
    <w:p>
      <w:pPr>
        <w:ind w:firstLine="709"/>
        <w:jc w:val="both"/>
      </w:pPr>
      <w:r>
        <w:rPr>
          <w:b w:val="0"/>
        </w:rPr>
        <w:t>4. Копии документов, подтверждающих иные издержки.</w:t>
      </w:r>
    </w:p>
    <w:p>
      <w:pPr>
        <w:ind w:firstLine="709"/>
        <w:jc w:val="both"/>
      </w:pPr>
      <w:r>
        <w:rPr>
          <w:b w:val="0"/>
        </w:rPr>
        <w:t>5. Документы о стоимости сопоставимых юридических услуг.</w:t>
      </w:r>
    </w:p>
    <w:p>
      <w:pPr>
        <w:ind w:firstLine="709"/>
        <w:jc w:val="both"/>
      </w:pPr>
      <w:r>
        <w:rPr>
          <w:b w:val="0"/>
        </w:rPr>
        <w:t>6. Копия доверенности представителя (если заявление подписывает представитель).</w:t>
      </w:r>
    </w:p>
    <w:p>
      <w:pPr>
        <w:ind w:firstLine="709"/>
        <w:jc w:val="both"/>
      </w:pPr>
      <w:r>
        <w:rPr>
          <w:b w:val="0"/>
        </w:rPr>
        <w:t>7. Документы, подтверждающие направление (вручение) копии заявления с приложениями лицам, участвующим в деле.</w:t>
      </w:r>
    </w:p>
    <w:p/>
    <w:p>
      <w:pPr>
        <w:jc w:val="right"/>
      </w:pPr>
      <w:r>
        <w:rPr>
          <w:b w:val="0"/>
        </w:rPr>
        <w:t>[дата]                                    [подпись] / 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