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4535"/>
        <w:jc w:val="left"/>
      </w:pPr>
      <w:r>
        <w:rPr>
          <w:b w:val="0"/>
        </w:rPr>
        <w:t>Начальнику отделения - старшему судебному приставу [УКАЗАТЬ наименование отделения (отдела) судебных приставов, в котором ведется исполнительное производство]</w:t>
      </w:r>
    </w:p>
    <w:p>
      <w:pPr>
        <w:ind w:left="4535"/>
        <w:jc w:val="left"/>
      </w:pPr>
      <w:r>
        <w:rPr>
          <w:b w:val="0"/>
        </w:rPr>
        <w:t>[УКАЗАТЬ наименование территориального органа ФССП России в субъекте Российской Федерации]</w:t>
      </w:r>
    </w:p>
    <w:p>
      <w:pPr>
        <w:ind w:left="4535"/>
        <w:jc w:val="left"/>
      </w:pPr>
      <w:r>
        <w:rPr>
          <w:b w:val="0"/>
        </w:rPr>
        <w:t>[УКАЗАТЬ фамилию и инициалы старшего судебного пристава, если известны]</w:t>
      </w:r>
    </w:p>
    <w:p>
      <w:pPr>
        <w:ind w:left="4535"/>
        <w:jc w:val="left"/>
      </w:pPr>
      <w:r>
        <w:rPr>
          <w:b w:val="0"/>
        </w:rPr>
        <w:t>адрес: [УКАЗАТЬ адрес отделения судебных приставов]</w:t>
      </w:r>
    </w:p>
    <w:p/>
    <w:p>
      <w:pPr>
        <w:ind w:left="4535"/>
        <w:jc w:val="left"/>
      </w:pPr>
      <w:r>
        <w:rPr>
          <w:b w:val="0"/>
        </w:rPr>
        <w:t>[Если обжалуется бездействие старшего судебного пристава либо постановление судебного пристава-исполнителя, утвержденное старшим судебным приставом: Руководителю [УКАЗАТЬ наименование территориального органа ФССП России] - главному судебному приставу [УКАЗАТЬ субъект Российской Федерации], адрес: [УКАЗАТЬ___]. В этом случае изменить также заголовок, описание нарушения, правовое обоснование и просьбы.]</w:t>
      </w:r>
    </w:p>
    <w:p/>
    <w:p>
      <w:pPr>
        <w:ind w:left="4535"/>
        <w:jc w:val="left"/>
      </w:pPr>
      <w:r>
        <w:rPr>
          <w:b w:val="0"/>
        </w:rPr>
        <w:t>Заявитель ([взыскатель / должник]): [УКАЗАТЬ фамилию, имя, отчество полностью]</w:t>
      </w:r>
    </w:p>
    <w:p>
      <w:pPr>
        <w:ind w:left="4535"/>
        <w:jc w:val="left"/>
      </w:pPr>
      <w:r>
        <w:rPr>
          <w:b w:val="0"/>
        </w:rPr>
        <w:t>место жительства (место пребывания): [УКАЗАТЬ___]</w:t>
      </w:r>
    </w:p>
    <w:p>
      <w:pPr>
        <w:ind w:left="4535"/>
        <w:jc w:val="left"/>
      </w:pPr>
      <w:r>
        <w:rPr>
          <w:b w:val="0"/>
        </w:rPr>
        <w:t>телефон: [УКАЗАТЬ___], адрес электронной почты: [УКАЗАТЬ___]</w:t>
      </w:r>
    </w:p>
    <w:p>
      <w:pPr>
        <w:ind w:left="4535"/>
        <w:jc w:val="left"/>
      </w:pPr>
      <w:r>
        <w:rPr>
          <w:b w:val="0"/>
        </w:rPr>
        <w:t>[Для организации: полное наименование, адрес (место нахождения), ИНН и ОГРН.]</w:t>
      </w:r>
    </w:p>
    <w:p/>
    <w:p>
      <w:pPr>
        <w:ind w:left="4535"/>
        <w:jc w:val="left"/>
      </w:pPr>
      <w:r>
        <w:rPr>
          <w:b w:val="0"/>
        </w:rPr>
        <w:t>Представитель заявителя (если жалобу подает представитель): [УКАЗАТЬ фамилию, имя, отчество], адрес: [УКАЗАТЬ___], телефон: [УКАЗАТЬ___], доверенность от [УКАЗАТЬ дату] № [УКАЗАТЬ___]</w:t>
      </w:r>
    </w:p>
    <w:p/>
    <w:p>
      <w:pPr>
        <w:ind w:left="4535"/>
        <w:jc w:val="left"/>
      </w:pPr>
      <w:r>
        <w:rPr>
          <w:b w:val="0"/>
        </w:rPr>
        <w:t>Должник ([если жалобу подает должник - взыскатель]): [УКАЗАТЬ фамилию, имя, отчество / наименование], адрес: [УКАЗАТЬ___]</w:t>
      </w:r>
    </w:p>
    <w:p/>
    <w:p>
      <w:pPr>
        <w:ind w:left="4535"/>
        <w:jc w:val="left"/>
      </w:pPr>
      <w:r>
        <w:rPr>
          <w:b w:val="0"/>
        </w:rPr>
        <w:t>Исполнительное производство № [УКАЗАТЬ номер] от [УКАЗАТЬ дату возбуждения]</w:t>
      </w:r>
    </w:p>
    <w:p/>
    <w:p>
      <w:pPr>
        <w:ind w:left="4535"/>
        <w:jc w:val="left"/>
      </w:pPr>
      <w:r>
        <w:rPr>
          <w:b w:val="0"/>
        </w:rPr>
        <w:t>Судебный пристав-исполнитель: [УКАЗАТЬ должность, фамилию и инициалы]</w:t>
      </w:r>
    </w:p>
    <w:p/>
    <w:p/>
    <w:p>
      <w:pPr>
        <w:jc w:val="center"/>
      </w:pPr>
      <w:r>
        <w:rPr>
          <w:b/>
        </w:rPr>
        <w:t>ЖАЛОБА НА БЕЗДЕЙСТВИЕ СУДЕБНОГО ПРИСТАВА-ИСПОЛНИТЕЛЯ</w:t>
      </w:r>
    </w:p>
    <w:p/>
    <w:p>
      <w:pPr>
        <w:ind w:firstLine="709"/>
        <w:jc w:val="both"/>
      </w:pPr>
      <w:r>
        <w:rPr>
          <w:b w:val="0"/>
        </w:rPr>
        <w:t>На исполнении у судебного пристава-исполнителя [УКАЗАТЬ наименование отделения (отдела) судебных приставов] [УКАЗАТЬ фамилию и инициалы] (далее - судебный пристав-исполнитель) находится исполнительное производство № [УКАЗАТЬ номер], возбужденное [УКАЗАТЬ дату] на основании [УКАЗАТЬ вид, серию, номер и дату исполнительного документа, а также орган, который его выдал, и номер дела] о [УКАЗАТЬ предмет исполнения, например: взыскании с должника в пользу заявителя [сумма цифрами] ([сумма прописью]) рублей]. Заявитель является [взыскателем / должником] по этому исполнительному производству и обжалует бездействие судебного пристава-исполнителя в порядке подчиненности по правилам главы 18 Федерального закона от 02.10.2007 № 229-ФЗ «Об исполнительном производстве» (далее - Закон об исполнительном производстве).</w:t>
      </w:r>
    </w:p>
    <w:p>
      <w:pPr>
        <w:ind w:firstLine="709"/>
        <w:jc w:val="both"/>
      </w:pPr>
      <w:r>
        <w:rPr>
          <w:b w:val="0"/>
        </w:rPr>
        <w:t>[Вариант 1 - жалоба взыскателя на бездействие при взыскании денежных средств:]</w:t>
      </w:r>
    </w:p>
    <w:p>
      <w:pPr>
        <w:ind w:firstLine="709"/>
        <w:jc w:val="both"/>
      </w:pPr>
      <w:r>
        <w:rPr>
          <w:b w:val="0"/>
        </w:rPr>
        <w:t>Двухмесячный срок исполнения требований исполнительного документа, установленный частью 1 статьи 36 Закона об исполнительном производстве, истек [УКАЗАТЬ дату]. На день подачи жалобы требования исполнительного документа не исполнены: [УКАЗАТЬ: денежные средства взыскателю не поступали / поступило [сумма цифрами] ([сумма прописью]) рублей из [сумма цифрами] ([сумма прописью]) рублей].</w:t>
      </w:r>
    </w:p>
    <w:p>
      <w:pPr>
        <w:ind w:firstLine="709"/>
        <w:jc w:val="both"/>
      </w:pPr>
      <w:r>
        <w:rPr>
          <w:b w:val="0"/>
        </w:rPr>
        <w:t>[УКАЗАТЬ дату] заявитель [ознакомился с материалами исполнительного производства / получил сведения о ходе исполнительного производства из [УКАЗАТЬ источник]]. Из них следует, что судебный пристав-исполнитель не совершил исполнительные действия и не применил меры принудительного исполнения, необходимые для исполнения требований исполнительного документа, а именно [указать только подтвержденные факты, лишнее удалить]:</w:t>
      </w:r>
    </w:p>
    <w:p>
      <w:pPr>
        <w:ind w:firstLine="709"/>
        <w:jc w:val="both"/>
      </w:pPr>
      <w:r>
        <w:rPr>
          <w:b w:val="0"/>
        </w:rPr>
        <w:t>1) не направил запросы о денежных средствах, доходах и имуществе должника в [УКАЗАТЬ: налоговый орган, банки и иные кредитные организации, органы, осуществляющие государственную регистрацию прав на недвижимое имущество и транспортные средства, органы, располагающие сведениями о доходах должника];</w:t>
      </w:r>
    </w:p>
    <w:p>
      <w:pPr>
        <w:ind w:firstLine="709"/>
        <w:jc w:val="both"/>
      </w:pPr>
      <w:r>
        <w:rPr>
          <w:b w:val="0"/>
        </w:rPr>
        <w:t>2) не обратил взыскание на денежные средства должника, находящиеся на счетах в [УКАЗАТЬ наименование банка], сведения о которых имеются в материалах исполнительного производства;</w:t>
      </w:r>
    </w:p>
    <w:p>
      <w:pPr>
        <w:ind w:firstLine="709"/>
        <w:jc w:val="both"/>
      </w:pPr>
      <w:r>
        <w:rPr>
          <w:b w:val="0"/>
        </w:rPr>
        <w:t>3) [если должник - гражданин и есть основания, предусмотренные частью 1 статьи 98 Закона об исполнительном производстве:] не обратил взыскание на заработную плату (иные доходы) должника, получаемую в [УКАЗАТЬ работодателя или иной источник дохода];</w:t>
      </w:r>
    </w:p>
    <w:p>
      <w:pPr>
        <w:ind w:firstLine="709"/>
        <w:jc w:val="both"/>
      </w:pPr>
      <w:r>
        <w:rPr>
          <w:b w:val="0"/>
        </w:rPr>
        <w:t>4) не наложил арест на принадлежащее должнику имущество: [УКАЗАТЬ имущество и документ, подтверждающий его принадлежность должнику];</w:t>
      </w:r>
    </w:p>
    <w:p>
      <w:pPr>
        <w:ind w:firstLine="709"/>
        <w:jc w:val="both"/>
      </w:pPr>
      <w:r>
        <w:rPr>
          <w:b w:val="0"/>
        </w:rPr>
        <w:t>5) [УКАЗАТЬ иное несовершенное действие].</w:t>
      </w:r>
    </w:p>
    <w:p>
      <w:pPr>
        <w:ind w:firstLine="709"/>
        <w:jc w:val="both"/>
      </w:pPr>
      <w:r>
        <w:rPr>
          <w:b w:val="0"/>
        </w:rPr>
        <w:t>[Если не рассмотрено ходатайство взыскателя: [УКАЗАТЬ дату] заявитель подал судебному приставу-исполнителю ходатайство о [УКАЗАТЬ, какие исполнительные действия или меры принудительного исполнения просил совершить] ([УКАЗАТЬ входящий номер или способ подачи и документ о получении]). Постановление по результатам рассмотрения ходатайства в десятидневный срок, установленный частью 5 статьи 64.1 Закона об исполнительном производстве, не вынесено, его копия заявителю не направлена.]</w:t>
      </w:r>
    </w:p>
    <w:p>
      <w:pPr>
        <w:ind w:firstLine="709"/>
        <w:jc w:val="both"/>
      </w:pPr>
      <w:r>
        <w:rPr>
          <w:b w:val="0"/>
        </w:rPr>
        <w:t>По имеющимся у заявителя сведениям, исполнительное производство не приостанавливалось, исполнительные действия не откладывались. Должник [УКАЗАТЬ известные сведения о доходах и имуществе должника, например: работает в [___], является собственником [___]].</w:t>
      </w:r>
    </w:p>
    <w:p>
      <w:pPr>
        <w:ind w:firstLine="709"/>
        <w:jc w:val="both"/>
      </w:pPr>
      <w:r>
        <w:rPr>
          <w:b w:val="0"/>
        </w:rPr>
        <w:t>[Вариант 2 - жалоба должника на неснятие запрета после отмены обеспечительных мер:]</w:t>
      </w:r>
    </w:p>
    <w:p>
      <w:pPr>
        <w:ind w:firstLine="709"/>
        <w:jc w:val="both"/>
      </w:pPr>
      <w:r>
        <w:rPr>
          <w:b w:val="0"/>
        </w:rPr>
        <w:t>Исполнительное производство возбуждено на основании исполнительного листа, выданного во исполнение определения [УКАЗАТЬ наименование суда] от [УКАЗАТЬ дату] по делу № [УКАЗАТЬ___] о принятии обеспечительных мер. Постановлением судебного пристава-исполнителя от [УКАЗАТЬ дату] запрещено совершение регистрационных действий в отношении [УКАЗАТЬ имущество, кадастровые или иные идентификационные номера].</w:t>
      </w:r>
    </w:p>
    <w:p>
      <w:pPr>
        <w:ind w:firstLine="709"/>
        <w:jc w:val="both"/>
      </w:pPr>
      <w:r>
        <w:rPr>
          <w:b w:val="0"/>
        </w:rPr>
        <w:t>Определением [УКАЗАТЬ наименование суда] от [УКАЗАТЬ дату] по делу № [УКАЗАТЬ___] обеспечительные меры отменены. [УКАЗАТЬ: определение вступило в законную силу [дата] / жалоба на определение не подавалась, его исполнение не приостанавливалось.] [УКАЗАТЬ дату] заявитель подал судебному приставу-исполнителю заявление о прекращении исполнительного производства и отмене запрета с приложением копии указанного определения ([УКАЗАТЬ входящий номер или способ подачи и документ о получении]).</w:t>
      </w:r>
    </w:p>
    <w:p>
      <w:pPr>
        <w:ind w:firstLine="709"/>
        <w:jc w:val="both"/>
      </w:pPr>
      <w:r>
        <w:rPr>
          <w:b w:val="0"/>
        </w:rPr>
        <w:t>Исполнительное производство прекращается судебным приставом-исполнителем в случае отмены судебного акта, на основании которого выдан исполнительный документ (пункт 4 части 2 статьи 43 Закона об исполнительном производстве). В постановлении о прекращении исполнительного производства судебный пристав-исполнитель отменяет все назначенные им меры принудительного исполнения, в том числе арест имущества, а также установленные для должника ограничения (часть 1 статьи 44 Закона об исполнительном производстве). Заявление стороны о прекращении исполнительного производства передается судебному приставу-исполнителю не позднее дня, следующего за днем его поступления в подразделение судебных приставов. Постановление о прекращении исполнительного производства либо об отказе в удовлетворении заявления выносится в трехдневный срок со дня поступления заявления к судебному приставу-исполнителю (часть 4 статьи 45 Закона об исполнительном производстве).</w:t>
      </w:r>
    </w:p>
    <w:p>
      <w:pPr>
        <w:ind w:firstLine="709"/>
        <w:jc w:val="both"/>
      </w:pPr>
      <w:r>
        <w:rPr>
          <w:b w:val="0"/>
        </w:rPr>
        <w:t>На день подачи жалобы [УКАЗАТЬ: постановление по заявлению не вынесено / исполнительное производство не прекращено, запрет не отменен]. Сохранение запрета препятствует заявителю [УКАЗАТЬ: распорядиться имуществом, зарегистрировать сделку, иное].</w:t>
      </w:r>
    </w:p>
    <w:p>
      <w:pPr>
        <w:ind w:firstLine="709"/>
        <w:jc w:val="both"/>
      </w:pPr>
      <w:r>
        <w:rPr>
          <w:b w:val="0"/>
        </w:rPr>
        <w:t>[Далее - общий текст для обоих вариантов.]</w:t>
      </w:r>
    </w:p>
    <w:p>
      <w:pPr>
        <w:ind w:firstLine="709"/>
        <w:jc w:val="both"/>
      </w:pPr>
      <w:r>
        <w:rPr>
          <w:b w:val="0"/>
        </w:rPr>
        <w:t>Исполнительное производство осуществляется на принципах законности и своевременности совершения исполнительных действий и применения мер принудительного исполнения (пункты 1 и 2 статьи 4 Закона об исполнительном производстве). Судебный пристав-исполнитель принимает меры по своевременному, полному и правильному исполнению исполнительных документов, рассматривает заявления сторон по поводу исполнительного производства и их ходатайства, выносит соответствующие постановления (пункт 1 статьи 12 Федерального закона от 21.07.1997 № 118-ФЗ «Об органах принудительного исполнения Российской Федерации»).</w:t>
      </w:r>
    </w:p>
    <w:p>
      <w:pPr>
        <w:ind w:firstLine="709"/>
        <w:jc w:val="both"/>
      </w:pPr>
      <w:r>
        <w:rPr>
          <w:b w:val="0"/>
        </w:rPr>
        <w:t>[Для варианта 1:] Содержащиеся в исполнительном документе требования должны быть исполнены в двухмесячный срок со дня возбуждения исполнительного производства (часть 1 статьи 36 Закона об исполнительном производстве). Для этого судебный пристав-исполнитель вправе запрашивать необходимые сведения у организаций и органов, накладывать арест на имущество должника (пункты 2 и 7 части 1 статьи 64 Закона об исполнительном производстве), обращать взыскание на имущество должника, в том числе на денежные средства (пункт 1 части 3 статьи 68 Закона об исполнительном производстве), а в отношении должника-гражданина в случаях, предусмотренных частью 1 статьи 98 Закона об исполнительном производстве, - на заработную плату и иные доходы (пункт 2 части 3 статьи 68 Закона об исполнительном производстве).</w:t>
      </w:r>
    </w:p>
    <w:p>
      <w:pPr>
        <w:ind w:firstLine="709"/>
        <w:jc w:val="both"/>
      </w:pPr>
      <w:r>
        <w:rPr>
          <w:b w:val="0"/>
        </w:rPr>
        <w:t>[Для варианта 1:] Бездействие судебного пристава-исполнителя может быть признано незаконным, если он имел возможность совершить необходимые исполнительные действия и применить необходимые меры принудительного исполнения, направленные на полное, правильное и своевременное исполнение требований исполнительного документа в установленный законом срок, однако не сделал этого, чем нарушил права и законные интересы стороны исполнительного производства. Обстоятельства, связанные с организацией работы структурного подразделения службы судебных приставов, не оправдывают превышение сроков исполнения. Бремя доказывания наличия уважительных причин неисполнения исполнительного документа в установленный срок возлагается на судебного пристава-исполнителя (пункт 15 Постановления Пленума Верховного Суда Российской Федерации от 17.11.2015 № 50 «О применении судами законодательства при рассмотрении некоторых вопросов, возникающих в ходе исполнительного производства»).</w:t>
      </w:r>
    </w:p>
    <w:p>
      <w:pPr>
        <w:ind w:firstLine="709"/>
        <w:jc w:val="both"/>
      </w:pPr>
      <w:r>
        <w:rPr>
          <w:b w:val="0"/>
        </w:rPr>
        <w:t>[Для варианта 1:] Судебный пристав-исполнитель имел возможность совершить указанные действия: [УКАЗАТЬ обоснование, например: сведения о счетах, доходах и имуществе должника имелись в материалах исполнительного производства или могли быть получены по запросам]. Их несовершение привело к тому, что [УКАЗАТЬ последствия, например: требования исполнительного документа не исполнены]. Бездействие нарушает право заявителя на своевременное исполнение исполнительного документа.</w:t>
      </w:r>
    </w:p>
    <w:p>
      <w:pPr>
        <w:ind w:firstLine="709"/>
        <w:jc w:val="both"/>
      </w:pPr>
      <w:r>
        <w:rPr>
          <w:b w:val="0"/>
        </w:rPr>
        <w:t>[Для варианта 2:] Нерассмотрение заявления в установленный срок и сохранение запрета после отмены обеспечительных мер не соответствуют части 4 статьи 45, пункту 4 части 2 статьи 43 и части 1 статьи 44 Закона об исполнительном производстве и нарушают право заявителя распоряжаться принадлежащим ему имуществом.</w:t>
      </w:r>
    </w:p>
    <w:p>
      <w:pPr>
        <w:ind w:firstLine="709"/>
        <w:jc w:val="both"/>
      </w:pPr>
      <w:r>
        <w:rPr>
          <w:b w:val="0"/>
        </w:rPr>
        <w:t>Стороны исполнительного производства вправе обжаловать постановления судебного пристава-исполнителя, его действия (бездействие) (часть 1 статьи 50, часть 1 статьи 121 Закона об исполнительном производстве). Жалоба на действия (бездействие) судебного пристава-исполнителя подается старшему судебному приставу, в подчинении которого находится судебный пристав-исполнитель (часть 1 статьи 123 Закона об исполнительном производстве).</w:t>
      </w:r>
    </w:p>
    <w:p>
      <w:pPr>
        <w:ind w:firstLine="709"/>
        <w:jc w:val="both"/>
      </w:pPr>
      <w:r>
        <w:rPr>
          <w:b w:val="0"/>
        </w:rPr>
        <w:t>[Если срок соблюден: Жалоба подается в десятидневный срок, установленный статьей 122 Закона об исполнительном производстве: о бездействии заявителю стало известно [УКАЗАТЬ дату] из [УКАЗАТЬ источник], на день подачи жалобы бездействие продолжается.]</w:t>
      </w:r>
    </w:p>
    <w:p>
      <w:pPr>
        <w:ind w:firstLine="709"/>
        <w:jc w:val="both"/>
      </w:pPr>
      <w:r>
        <w:rPr>
          <w:b w:val="0"/>
        </w:rPr>
        <w:t>[Если срок пропущен: Срок подачи жалобы, установленный статьей 122 Закона об исполнительном производстве, пропущен по уважительной причине: [УКАЗАТЬ причину и документы, которые ее подтверждают]. На основании части 1 статьи 18 Закона об исполнительном производстве прошу восстановить пропущенный срок подачи жалобы.]</w:t>
      </w:r>
    </w:p>
    <w:p>
      <w:pPr>
        <w:ind w:firstLine="709"/>
        <w:jc w:val="both"/>
      </w:pPr>
      <w:r>
        <w:rPr>
          <w:b w:val="0"/>
        </w:rPr>
        <w:t>Жалоба аналогичного содержания в суд заявителем не подавалась.</w:t>
      </w:r>
    </w:p>
    <w:p>
      <w:pPr>
        <w:ind w:firstLine="709"/>
        <w:jc w:val="both"/>
      </w:pPr>
      <w:r>
        <w:rPr>
          <w:b w:val="0"/>
        </w:rPr>
        <w:t>На основании изложенного, руководствуясь статьями 50, 121-124, 127 Закона об исполнительном производстве,</w:t>
      </w:r>
    </w:p>
    <w:p>
      <w:pPr>
        <w:ind w:firstLine="709"/>
        <w:jc w:val="both"/>
      </w:pPr>
      <w:r>
        <w:rPr>
          <w:b w:val="0"/>
        </w:rPr>
        <w:t>ПРОШУ:</w:t>
      </w:r>
    </w:p>
    <w:p>
      <w:pPr>
        <w:ind w:firstLine="709"/>
        <w:jc w:val="both"/>
      </w:pPr>
      <w:r>
        <w:rPr>
          <w:b w:val="0"/>
        </w:rPr>
        <w:t>1. Признать неправомерным бездействие судебного пристава-исполнителя [УКАЗАТЬ должность, фамилию и инициалы] по исполнительному производству № [УКАЗАТЬ номер], выразившееся в [УКАЗАТЬ конкретно: ненаправлении запросов в [___], необращении взыскания на [___], нерассмотрении ходатайства от [___] / нерассмотрении заявления от [___] о прекращении исполнительного производства и отмене запрета].</w:t>
      </w:r>
    </w:p>
    <w:p>
      <w:pPr>
        <w:ind w:firstLine="709"/>
        <w:jc w:val="both"/>
      </w:pPr>
      <w:r>
        <w:rPr>
          <w:b w:val="0"/>
        </w:rPr>
        <w:t>2. Определить меры, которые должны быть приняты в целях устранения допущенных нарушений (пункт 4 части 3 статьи 127 Закона об исполнительном производстве): обязать судебного пристава-исполнителя [УКАЗАТЬ фамилию и инициалы] [Вариант 1: направить запросы в [___], обратить взыскание на [___], наложить арест на [___], рассмотреть ходатайство от [___] и направить заявителю копию постановления] [Вариант 2: рассмотреть заявление от [___], прекратить исполнительное производство, отменить запрет на совершение регистрационных действий в отношении [___] и направить копию постановления в [УКАЗАТЬ орган, исполняющий запрет]].</w:t>
      </w:r>
    </w:p>
    <w:p>
      <w:pPr>
        <w:ind w:firstLine="709"/>
        <w:jc w:val="both"/>
      </w:pPr>
      <w:r>
        <w:rPr>
          <w:b w:val="0"/>
        </w:rPr>
        <w:t>3. [При необходимости: Рассмотреть вопрос о привлечении судебного пристава-исполнителя [УКАЗАТЬ фамилию и инициалы] к дисциплинарной ответственности (часть 5 статьи 127 Закона об исполнительном производстве).]</w:t>
      </w:r>
    </w:p>
    <w:p>
      <w:pPr>
        <w:ind w:firstLine="709"/>
        <w:jc w:val="both"/>
      </w:pPr>
      <w:r>
        <w:rPr>
          <w:b w:val="0"/>
        </w:rPr>
        <w:t>4. Копию постановления, принятого по результатам рассмотрения жалобы, направить заявителю [УКАЗАТЬ способ: по почтовому адресу [___] / по адресу электронной почты [___] / в личный кабинет на Едином портале государственных и муниципальных услуг] (часть 6 статьи 127 Закона об исполнительном производстве).</w:t>
      </w:r>
    </w:p>
    <w:p>
      <w:pPr>
        <w:ind w:firstLine="709"/>
        <w:jc w:val="both"/>
      </w:pPr>
      <w:r>
        <w:rPr>
          <w:b w:val="0"/>
        </w:rPr>
        <w:t>Приложения:</w:t>
      </w:r>
    </w:p>
    <w:p>
      <w:pPr>
        <w:ind w:firstLine="709"/>
        <w:jc w:val="both"/>
      </w:pPr>
      <w:r>
        <w:rPr>
          <w:b w:val="0"/>
        </w:rPr>
        <w:t>1. Копия постановления о возбуждении исполнительного производства от [УКАЗАТЬ дату] (при наличии).</w:t>
      </w:r>
    </w:p>
    <w:p>
      <w:pPr>
        <w:ind w:firstLine="709"/>
        <w:jc w:val="both"/>
      </w:pPr>
      <w:r>
        <w:rPr>
          <w:b w:val="0"/>
        </w:rPr>
        <w:t>2. Копия исполнительного документа (при наличии).</w:t>
      </w:r>
    </w:p>
    <w:p>
      <w:pPr>
        <w:ind w:firstLine="709"/>
        <w:jc w:val="both"/>
      </w:pPr>
      <w:r>
        <w:rPr>
          <w:b w:val="0"/>
        </w:rPr>
        <w:t>3. [Для варианта 1:] Копия ходатайства от [УКАЗАТЬ дату] с отметкой о принятии или документ о его направлении; документы о доходах и имуществе должника (при наличии).</w:t>
      </w:r>
    </w:p>
    <w:p>
      <w:pPr>
        <w:ind w:firstLine="709"/>
        <w:jc w:val="both"/>
      </w:pPr>
      <w:r>
        <w:rPr>
          <w:b w:val="0"/>
        </w:rPr>
        <w:t>4. [Для варианта 2:] Копия определения суда от [УКАЗАТЬ дату] об отмене обеспечительных мер; копия постановления о запрете регистрационных действий от [УКАЗАТЬ дату]; копия заявления о прекращении исполнительного производства и отмене запрета с отметкой о принятии или документ о его направлении.</w:t>
      </w:r>
    </w:p>
    <w:p>
      <w:pPr>
        <w:ind w:firstLine="709"/>
        <w:jc w:val="both"/>
      </w:pPr>
      <w:r>
        <w:rPr>
          <w:b w:val="0"/>
        </w:rPr>
        <w:t>5. Доверенность, в которой специально оговорено право обжалования постановлений и действий (бездействия) судебного пристава-исполнителя, или иной документ, удостоверяющий полномочия представителя (если жалобу подписывает представитель).</w:t>
      </w:r>
    </w:p>
    <w:p/>
    <w:p>
      <w:pPr>
        <w:jc w:val="right"/>
      </w:pPr>
      <w:r>
        <w:rPr>
          <w:b w:val="0"/>
        </w:rPr>
        <w:t>[Для организации: должность руководителя / представитель по доверенности от [УКАЗАТЬ дату] № [УКАЗАТЬ___]]</w:t>
      </w:r>
    </w:p>
    <w:p>
      <w:pPr>
        <w:jc w:val="right"/>
      </w:pPr>
      <w:r>
        <w:rPr>
          <w:b w:val="0"/>
        </w:rPr>
        <w:t>[подпись] / [УКАЗАТЬ фамилию и инициалы]</w:t>
      </w:r>
    </w:p>
    <w:p>
      <w:pPr>
        <w:jc w:val="right"/>
      </w:pPr>
      <w:r>
        <w:rPr>
          <w:b w:val="0"/>
        </w:rPr>
        <w:t>[УКАЗАТЬ дату]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eastAsia="Times New Roman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